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sz w:val="16"/>
        </w:rPr>
        <w:t>CHECKIN VACACIONAL</w:t>
      </w:r>
    </w:p>
    <w:p>
      <w:pPr>
        <w:pStyle w:val="Title"/>
      </w:pPr>
      <w:r>
        <w:t>Parte de entrada de viajeros</w:t>
      </w:r>
    </w:p>
    <w:p>
      <w:pPr>
        <w:spacing w:after="80"/>
      </w:pPr>
      <w:r>
        <w:rPr>
          <w:sz w:val="16"/>
        </w:rPr>
        <w:t>Modelo orientativo de Checkin Vacacional. Repite esta página para cada huésped.</w:t>
      </w:r>
    </w:p>
    <w:p>
      <w:pPr>
        <w:pStyle w:val="Heading2"/>
      </w:pPr>
      <w:r>
        <w:t>Alojamiento y estancia</w:t>
      </w:r>
    </w:p>
    <w:p>
      <w:pPr>
        <w:tabs>
          <w:tab w:pos="5256" w:val="left"/>
        </w:tabs>
        <w:spacing w:line="240" w:lineRule="auto" w:after="0"/>
      </w:pPr>
      <w:r>
        <w:rPr>
          <w:sz w:val="16"/>
        </w:rPr>
        <w:t>Nombre del alojamiento</w:t>
        <w:tab/>
        <w:t>Referencia de reserva</w:t>
      </w:r>
    </w:p>
    <w:p>
      <w:pPr>
        <w:tabs>
          <w:tab w:pos="5256" w:val="left"/>
        </w:tabs>
        <w:spacing w:line="240" w:lineRule="auto" w:after="100"/>
      </w:pPr>
      <w:r>
        <w:rPr>
          <w:sz w:val="20"/>
        </w:rPr>
        <w:t>__________________________________________________</w:t>
        <w:tab/>
        <w:t>__________________________________________________</w:t>
      </w:r>
    </w:p>
    <w:p>
      <w:pPr>
        <w:tabs>
          <w:tab w:pos="3504" w:val="left"/>
          <w:tab w:pos="7008" w:val="left"/>
        </w:tabs>
        <w:spacing w:line="240" w:lineRule="auto" w:after="0"/>
      </w:pPr>
      <w:r>
        <w:rPr>
          <w:sz w:val="16"/>
        </w:rPr>
        <w:t>Entrada (fecha y hora)</w:t>
        <w:tab/>
        <w:t>Salida (fecha y hora)</w:t>
        <w:tab/>
        <w:t>Total de viajeros</w:t>
      </w:r>
    </w:p>
    <w:p>
      <w:pPr>
        <w:tabs>
          <w:tab w:pos="3504" w:val="left"/>
          <w:tab w:pos="7008" w:val="left"/>
        </w:tabs>
        <w:spacing w:line="240" w:lineRule="auto" w:after="100"/>
      </w:pPr>
      <w:r>
        <w:rPr>
          <w:sz w:val="20"/>
        </w:rPr>
        <w:t>________________________________</w:t>
        <w:tab/>
        <w:t>________________________________</w:t>
        <w:tab/>
        <w:t>________________________________</w:t>
      </w:r>
    </w:p>
    <w:p>
      <w:pPr>
        <w:pStyle w:val="Heading2"/>
      </w:pPr>
      <w:r>
        <w:t>Datos de la persona alojada</w:t>
      </w:r>
    </w:p>
    <w:p>
      <w:pPr>
        <w:tabs>
          <w:tab w:pos="3504" w:val="left"/>
          <w:tab w:pos="7008" w:val="left"/>
        </w:tabs>
        <w:spacing w:line="240" w:lineRule="auto" w:after="0"/>
      </w:pPr>
      <w:r>
        <w:rPr>
          <w:sz w:val="16"/>
        </w:rPr>
        <w:t>Nombre</w:t>
        <w:tab/>
        <w:t>Primer apellido</w:t>
        <w:tab/>
        <w:t>Segundo apellido, si tiene</w:t>
      </w:r>
    </w:p>
    <w:p>
      <w:pPr>
        <w:tabs>
          <w:tab w:pos="3504" w:val="left"/>
          <w:tab w:pos="7008" w:val="left"/>
        </w:tabs>
        <w:spacing w:line="240" w:lineRule="auto" w:after="100"/>
      </w:pPr>
      <w:r>
        <w:rPr>
          <w:sz w:val="20"/>
        </w:rPr>
        <w:t>________________________________</w:t>
        <w:tab/>
        <w:t>________________________________</w:t>
        <w:tab/>
        <w:t>________________________________</w:t>
      </w:r>
    </w:p>
    <w:p>
      <w:pPr>
        <w:tabs>
          <w:tab w:pos="3504" w:val="left"/>
          <w:tab w:pos="7008" w:val="left"/>
        </w:tabs>
        <w:spacing w:line="240" w:lineRule="auto" w:after="0"/>
      </w:pPr>
      <w:r>
        <w:rPr>
          <w:sz w:val="16"/>
        </w:rPr>
        <w:t>Fecha de nacimiento</w:t>
        <w:tab/>
        <w:t>Nacionalidad</w:t>
        <w:tab/>
        <w:t>Sexo, si consta o se aporta</w:t>
      </w:r>
    </w:p>
    <w:p>
      <w:pPr>
        <w:tabs>
          <w:tab w:pos="3504" w:val="left"/>
          <w:tab w:pos="7008" w:val="left"/>
        </w:tabs>
        <w:spacing w:line="240" w:lineRule="auto" w:after="100"/>
      </w:pPr>
      <w:r>
        <w:rPr>
          <w:sz w:val="20"/>
        </w:rPr>
        <w:t>________________________________</w:t>
        <w:tab/>
        <w:t>________________________________</w:t>
        <w:tab/>
        <w:t>________________________________</w:t>
      </w:r>
    </w:p>
    <w:p>
      <w:pPr>
        <w:tabs>
          <w:tab w:pos="3504" w:val="left"/>
          <w:tab w:pos="7008" w:val="left"/>
        </w:tabs>
        <w:spacing w:line="240" w:lineRule="auto" w:after="0"/>
      </w:pPr>
      <w:r>
        <w:rPr>
          <w:sz w:val="16"/>
        </w:rPr>
        <w:t>Tipo de documento</w:t>
        <w:tab/>
        <w:t>Número del documento</w:t>
        <w:tab/>
        <w:t>N.º de soporte, si procede</w:t>
      </w:r>
    </w:p>
    <w:p>
      <w:pPr>
        <w:tabs>
          <w:tab w:pos="3504" w:val="left"/>
          <w:tab w:pos="7008" w:val="left"/>
        </w:tabs>
        <w:spacing w:line="240" w:lineRule="auto" w:after="100"/>
      </w:pPr>
      <w:r>
        <w:rPr>
          <w:sz w:val="20"/>
        </w:rPr>
        <w:t>________________________________</w:t>
        <w:tab/>
        <w:t>________________________________</w:t>
        <w:tab/>
        <w:t>________________________________</w:t>
      </w:r>
    </w:p>
    <w:p>
      <w:pPr>
        <w:spacing w:line="240" w:lineRule="auto" w:after="0"/>
      </w:pPr>
      <w:r>
        <w:rPr>
          <w:sz w:val="16"/>
        </w:rPr>
        <w:t>Dirección de residencia habitual</w:t>
      </w:r>
    </w:p>
    <w:p>
      <w:pPr>
        <w:spacing w:line="240" w:lineRule="auto" w:after="100"/>
      </w:pPr>
      <w:r>
        <w:rPr>
          <w:sz w:val="20"/>
        </w:rPr>
        <w:t>______________________________________________________________________________________________________</w:t>
      </w:r>
    </w:p>
    <w:p>
      <w:pPr>
        <w:tabs>
          <w:tab w:pos="2628" w:val="left"/>
          <w:tab w:pos="5256" w:val="left"/>
          <w:tab w:pos="7884" w:val="left"/>
        </w:tabs>
        <w:spacing w:line="240" w:lineRule="auto" w:after="0"/>
      </w:pPr>
      <w:r>
        <w:rPr>
          <w:sz w:val="16"/>
        </w:rPr>
        <w:t>Localidad</w:t>
        <w:tab/>
        <w:t>Provincia</w:t>
        <w:tab/>
        <w:t>Código postal</w:t>
        <w:tab/>
        <w:t>País</w:t>
      </w:r>
    </w:p>
    <w:p>
      <w:pPr>
        <w:tabs>
          <w:tab w:pos="2628" w:val="left"/>
          <w:tab w:pos="5256" w:val="left"/>
          <w:tab w:pos="7884" w:val="left"/>
        </w:tabs>
        <w:spacing w:line="240" w:lineRule="auto" w:after="100"/>
      </w:pPr>
      <w:r>
        <w:rPr>
          <w:sz w:val="20"/>
        </w:rPr>
        <w:t>_______________________</w:t>
        <w:tab/>
        <w:t>_______________________</w:t>
        <w:tab/>
        <w:t>_______________________</w:t>
        <w:tab/>
        <w:t>_______________________</w:t>
      </w:r>
    </w:p>
    <w:p>
      <w:pPr>
        <w:tabs>
          <w:tab w:pos="5256" w:val="left"/>
        </w:tabs>
        <w:spacing w:line="240" w:lineRule="auto" w:after="0"/>
      </w:pPr>
      <w:r>
        <w:rPr>
          <w:sz w:val="16"/>
        </w:rPr>
        <w:t>Teléfono fijo, si procede</w:t>
        <w:tab/>
        <w:t>Teléfono móvil, si procede</w:t>
      </w:r>
    </w:p>
    <w:p>
      <w:pPr>
        <w:tabs>
          <w:tab w:pos="5256" w:val="left"/>
        </w:tabs>
        <w:spacing w:line="240" w:lineRule="auto" w:after="100"/>
      </w:pPr>
      <w:r>
        <w:rPr>
          <w:sz w:val="20"/>
        </w:rPr>
        <w:t>__________________________________________________</w:t>
        <w:tab/>
        <w:t>__________________________________________________</w:t>
      </w:r>
    </w:p>
    <w:p>
      <w:pPr>
        <w:spacing w:line="240" w:lineRule="auto" w:after="0"/>
      </w:pPr>
      <w:r>
        <w:rPr>
          <w:sz w:val="16"/>
        </w:rPr>
        <w:t>Correo electrónico, si dispone</w:t>
      </w:r>
    </w:p>
    <w:p>
      <w:pPr>
        <w:spacing w:line="240" w:lineRule="auto" w:after="100"/>
      </w:pPr>
      <w:r>
        <w:rPr>
          <w:sz w:val="20"/>
        </w:rPr>
        <w:t>______________________________________________________________________________________________________</w:t>
      </w:r>
    </w:p>
    <w:p>
      <w:pPr>
        <w:spacing w:after="80"/>
      </w:pPr>
      <w:r>
        <w:rPr>
          <w:sz w:val="16"/>
        </w:rPr>
        <w:t>Comprueba la identidad y los datos. No adjuntes copias del DNI o del pasaporte.</w:t>
      </w:r>
    </w:p>
    <w:p>
      <w:pPr>
        <w:pStyle w:val="Heading2"/>
      </w:pPr>
      <w:r>
        <w:t>Cuando el viajero es menor de edad</w:t>
      </w:r>
    </w:p>
    <w:p>
      <w:pPr>
        <w:tabs>
          <w:tab w:pos="5256" w:val="left"/>
        </w:tabs>
        <w:spacing w:line="240" w:lineRule="auto" w:after="0"/>
      </w:pPr>
      <w:r>
        <w:rPr>
          <w:sz w:val="16"/>
        </w:rPr>
        <w:t>Nombre del adulto responsable</w:t>
        <w:tab/>
        <w:t>Parentesco o condición del adulto</w:t>
      </w:r>
    </w:p>
    <w:p>
      <w:pPr>
        <w:tabs>
          <w:tab w:pos="5256" w:val="left"/>
        </w:tabs>
        <w:spacing w:line="240" w:lineRule="auto" w:after="100"/>
      </w:pPr>
      <w:r>
        <w:rPr>
          <w:sz w:val="20"/>
        </w:rPr>
        <w:t>__________________________________________________</w:t>
        <w:tab/>
        <w:t>__________________________________________________</w:t>
      </w:r>
    </w:p>
    <w:p>
      <w:pPr>
        <w:spacing w:after="80"/>
      </w:pPr>
      <w:r>
        <w:rPr>
          <w:sz w:val="16"/>
        </w:rPr>
        <w:t>Identifica al adulto con su ficha de la misma reserva. No atribuyas al menor el documento del adulto.</w:t>
      </w:r>
    </w:p>
    <w:p>
      <w:pPr>
        <w:tabs>
          <w:tab w:pos="5256" w:val="left"/>
        </w:tabs>
        <w:spacing w:line="240" w:lineRule="auto" w:after="0"/>
      </w:pPr>
      <w:r>
        <w:rPr>
          <w:sz w:val="16"/>
        </w:rPr>
        <w:t>Lugar y fecha de cumplimentación</w:t>
        <w:tab/>
        <w:t>Firma del viajero cuando corresponda</w:t>
      </w:r>
    </w:p>
    <w:p>
      <w:pPr>
        <w:tabs>
          <w:tab w:pos="5256" w:val="left"/>
        </w:tabs>
        <w:spacing w:line="240" w:lineRule="auto" w:after="100" w:before="460"/>
      </w:pPr>
      <w:r>
        <w:rPr>
          <w:sz w:val="20"/>
        </w:rPr>
        <w:t>__________________________________________________</w:t>
        <w:tab/>
        <w:t>__________________________________________________</w:t>
      </w:r>
    </w:p>
    <w:p>
      <w:pPr>
        <w:pStyle w:val="Heading2"/>
      </w:pPr>
      <w:r>
        <w:t>Información de protección de datos</w:t>
      </w:r>
    </w:p>
    <w:p>
      <w:pPr>
        <w:spacing w:line="240" w:lineRule="auto" w:after="0"/>
      </w:pPr>
      <w:r>
        <w:rPr>
          <w:sz w:val="16"/>
        </w:rPr>
        <w:t>Responsable del tratamiento (titular o entidad del alojamiento)</w:t>
      </w:r>
    </w:p>
    <w:p>
      <w:pPr>
        <w:spacing w:line="240" w:lineRule="auto" w:after="100"/>
      </w:pPr>
      <w:r>
        <w:rPr>
          <w:sz w:val="20"/>
        </w:rPr>
        <w:t>______________________________________________________________________________________________________</w:t>
      </w:r>
    </w:p>
    <w:p>
      <w:pPr>
        <w:tabs>
          <w:tab w:pos="5256" w:val="left"/>
        </w:tabs>
        <w:spacing w:line="240" w:lineRule="auto" w:after="0"/>
      </w:pPr>
      <w:r>
        <w:rPr>
          <w:sz w:val="16"/>
        </w:rPr>
        <w:t>Contacto para derechos</w:t>
        <w:tab/>
        <w:t>URL o ubicación de la información ampliada</w:t>
      </w:r>
    </w:p>
    <w:p>
      <w:pPr>
        <w:tabs>
          <w:tab w:pos="5256" w:val="left"/>
        </w:tabs>
        <w:spacing w:line="240" w:lineRule="auto" w:after="100"/>
      </w:pPr>
      <w:r>
        <w:rPr>
          <w:sz w:val="20"/>
        </w:rPr>
        <w:t>__________________________________________________</w:t>
        <w:tab/>
        <w:t>__________________________________________________</w:t>
      </w:r>
    </w:p>
    <w:p>
      <w:pPr>
        <w:spacing w:after="80"/>
      </w:pPr>
      <w:r>
        <w:rPr>
          <w:sz w:val="16"/>
        </w:rPr>
        <w:t>Finalidad: registro de viajeros y comunicaciones legalmente exigibles. Base: obligación legal (RD 933/2021). Destinatarios: autoridades competentes. Derechos: acceso, rectificación, supresión y otros que procedan, mediante el contacto indicado. Consulta los plazos de conservación y el resto de información en el aviso ampliado del alojamiento. Completar estos campos antes de recoger los datos.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checkinvacacional.com  |  Modelo orientativo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parte de viajeros</dc:title>
  <dc:subject>Parte de entrada individual del viajero</dc:subject>
  <dc:creator>Checkin Vacacional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